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93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959" cy="106870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3959" cy="106870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68" w:type="dxa"/>
      </w:tblPr>
      <w:tblGrid>
        <w:gridCol w:w="5280" w:type="dxa"/>
        <w:gridCol w:w="5280" w:type="dxa"/>
      </w:tblGrid>
      <w:tr>
        <w:trPr>
          <w:trHeight w:hRule="exact" w:val="534"/>
        </w:trPr>
        <w:tc>
          <w:tcPr>
            <w:tcW w:type="dxa" w:w="5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6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690" w:type="dxa"/>
            </w:tblPr>
            <w:tblGrid>
              <w:gridCol w:w="441" w:type="dxa"/>
            </w:tblGrid>
            <w:tr>
              <w:trPr>
                <w:trHeight w:hRule="exact" w:val="422"/>
              </w:trPr>
              <w:tc>
                <w:tcPr>
                  <w:tcW w:type="dxa" w:w="442"/>
                  <w:tcBorders>
                    <w:right w:sz="3.1999999999999886" w:val="single" w:color="888888"/>
                    <w:bottom w:sz="3.1999999999999886" w:val="single" w:color="888888"/>
                  </w:tcBorders>
                  <w:tcMar>
                    <w:left w:w="0" w:type="dxa"/>
                    <w:right w:w="0" w:type="dxa"/>
                  </w:tcMar>
                </w:tcPr>
                <w:p/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5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6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4162" w:type="dxa"/>
            </w:tblPr>
            <w:tblGrid>
              <w:gridCol w:w="442" w:type="dxa"/>
            </w:tblGrid>
            <w:tr>
              <w:trPr>
                <w:trHeight w:hRule="exact" w:val="422"/>
              </w:trPr>
              <w:tc>
                <w:tcPr>
                  <w:tcW w:type="dxa" w:w="442"/>
                  <w:tcBorders>
                    <w:left w:sz="2.7999999999999545" w:val="single" w:color="888888"/>
                    <w:bottom w:sz="3.1999999999999886" w:val="single" w:color="888888"/>
                  </w:tcBorders>
                  <w:tcMar>
                    <w:left w:w="0" w:type="dxa"/>
                    <w:right w:w="0" w:type="dxa"/>
                  </w:tcMar>
                </w:tcPr>
                <w:p/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467" w:lineRule="exact" w:before="0" w:after="12000"/>
        <w:ind w:left="1800" w:right="2016" w:firstLine="0"/>
        <w:jc w:val="left"/>
      </w:pPr>
      <w:r>
        <w:rPr>
          <w:spacing w:val="-13"/>
          <w:rFonts w:ascii="Noto Serif" w:hAnsi="Noto Serif" w:eastAsia="Noto Serif"/>
          <w:color w:val="000000"/>
          <w:sz w:val="40"/>
        </w:rPr>
        <w:t>application for fee waiver :Assalamalaikum</w:t>
      </w:r>
      <w:r>
        <w:br/>
      </w:r>
      <w:r>
        <w:rPr>
          <w:spacing w:val="-15"/>
          <w:rFonts w:ascii="Noto Serif" w:hAnsi="Noto Serif" w:eastAsia="Noto Serif"/>
          <w:color w:val="000000"/>
          <w:sz w:val="40"/>
        </w:rPr>
        <w:t xml:space="preserve">hello i am dr syeda adeen and i request your </w:t>
      </w:r>
      <w:r>
        <w:br/>
      </w:r>
      <w:r>
        <w:rPr>
          <w:spacing w:val="-17"/>
          <w:rFonts w:ascii="Noto Serif" w:hAnsi="Noto Serif" w:eastAsia="Noto Serif"/>
          <w:color w:val="000000"/>
          <w:sz w:val="40"/>
        </w:rPr>
        <w:t xml:space="preserve">approval to give me full fee waiver for </w:t>
      </w:r>
      <w:r>
        <w:br/>
      </w:r>
      <w:r>
        <w:rPr>
          <w:spacing w:val="-14"/>
          <w:rFonts w:ascii="Noto Serif" w:hAnsi="Noto Serif" w:eastAsia="Noto Serif"/>
          <w:color w:val="000000"/>
          <w:sz w:val="40"/>
        </w:rPr>
        <w:t>choosing to submit my project in awardx.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68" w:type="dxa"/>
      </w:tblPr>
      <w:tblGrid>
        <w:gridCol w:w="5280" w:type="dxa"/>
        <w:gridCol w:w="5280" w:type="dxa"/>
      </w:tblGrid>
      <w:tr>
        <w:trPr>
          <w:trHeight w:hRule="exact" w:val="546"/>
        </w:trPr>
        <w:tc>
          <w:tcPr>
            <w:tcW w:type="dxa" w:w="5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6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690" w:type="dxa"/>
            </w:tblPr>
            <w:tblGrid>
              <w:gridCol w:w="441" w:type="dxa"/>
            </w:tblGrid>
            <w:tr>
              <w:trPr>
                <w:trHeight w:hRule="exact" w:val="422"/>
              </w:trPr>
              <w:tc>
                <w:tcPr>
                  <w:tcW w:type="dxa" w:w="442"/>
                  <w:tcBorders>
                    <w:top w:sz="2.800000000000182" w:val="single" w:color="888888"/>
                    <w:right w:sz="3.1999999999999886" w:val="single" w:color="888888"/>
                  </w:tcBorders>
                  <w:tcMar>
                    <w:left w:w="0" w:type="dxa"/>
                    <w:right w:w="0" w:type="dxa"/>
                  </w:tcMar>
                </w:tcPr>
                <w:p/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5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6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4162" w:type="dxa"/>
            </w:tblPr>
            <w:tblGrid>
              <w:gridCol w:w="442" w:type="dxa"/>
            </w:tblGrid>
            <w:tr>
              <w:trPr>
                <w:trHeight w:hRule="exact" w:val="422"/>
              </w:trPr>
              <w:tc>
                <w:tcPr>
                  <w:tcW w:type="dxa" w:w="442"/>
                  <w:tcBorders>
                    <w:left w:sz="2.7999999999999545" w:val="single" w:color="888888"/>
                    <w:top w:sz="2.800000000000182" w:val="single" w:color="888888"/>
                  </w:tcBorders>
                  <w:tcMar>
                    <w:left w:w="0" w:type="dxa"/>
                    <w:right w:w="0" w:type="dxa"/>
                  </w:tcMar>
                </w:tcPr>
                <w:p/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5" w:h="1683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